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This unedited transcript of a continued webinar is provided in order to facilitate communication accessibility for the viewer and may not be a totally verbatim record of the proceedings. This transcript may contain errors. Copying or distributing this transcript without the express written consent of continued is strictly prohibited. For any questions, please contact customerservice@continued.com </w:t>
      </w:r>
    </w:p>
    <w:p>
      <w:pPr>
        <w:spacing w:before="3402"/>
      </w:pPr>
    </w:p>
    <w:p>
      <w:pPr>
        <w:jc w:val="center"/>
      </w:pPr>
      <w:r>
        <w:rPr>
          <w:sz w:val="48"/>
        </w:rPr>
        <w:t>Sound Bites with Heike Heuermann</w:t>
      </w:r>
    </w:p>
    <w:p>
      <w:pPr>
        <w:jc w:val="center"/>
      </w:pPr>
      <w:r>
        <w:rPr>
          <w:color w:val="A9A9A9"/>
          <w:sz w:val="32"/>
        </w:rPr>
        <w:t>Presenter: Dave Fabry, Ph.D.</w:t>
      </w:r>
    </w:p>
    <w:p>
      <w:r>
        <w:br w:type="page"/>
      </w:r>
    </w:p>
    <w:p>
      <w:pPr>
        <w:spacing w:after="240"/>
      </w:pPr>
      <w:r>
        <w:t>Music</w:t>
      </w:r>
    </w:p>
    <w:p>
      <w:pPr>
        <w:spacing w:after="240"/>
      </w:pPr>
      <w:r>
        <w:t>Welcome to Sound Bites. I'm Dave Fabry, Starkey's Chief Hearing Health officer and host of this podcast. Now this week we are delighted and excited to talk about some new updates that reflect our commitment to innovation that matters to patients and providers alike. And I'm really pleased to have a brand new Starkey team member, Dr. Heike Herman, and she joined us just in November, but she's not new to this industry. So Heike, thank you very much for being here on the podcast today with us.</w:t>
      </w:r>
    </w:p>
    <w:p>
      <w:pPr>
        <w:spacing w:after="240"/>
      </w:pPr>
      <w:r>
        <w:t>Your experience really is ideally suited in your new role as Vice president of Product integration and you have a background in this discipline. And I'll have you talk a little bit about your background in a moment, but it really spans everything from engineering to hearing science and audiology to systems engineering to product management in your past roles. And really this role that you're in now for us plays a critical role of really being able to see a product from start to finish in an area that. And we won't get too much into the secret sauce that we have you working on today, but we are going to talk a little bit about two areas that I think many providers and patients alike will find interesting and that is both Oracast and Google Fast Pair. So with that by way of introduction, welcome to the podcast.</w:t>
      </w:r>
    </w:p>
    <w:p>
      <w:pPr>
        <w:spacing w:after="240"/>
      </w:pPr>
      <w:r>
        <w:t>Thanks for sitting down with us and welcome to Starkey. Thank you very much, Dave. And I'm super excited about being here today. After I only joined the Starkey team a couple of weeks ago, I feel fantastic here. You know that I've always been thrilled about bringing latest technology into good products that help people and I must say there's hardly a better place to find than here for me.</w:t>
      </w:r>
    </w:p>
    <w:p>
      <w:pPr>
        <w:spacing w:after="240"/>
      </w:pPr>
      <w:r>
        <w:t>Well, we're in agreement on that and so talk a little bit though about your background. It is extensive in the industry and we've known each other sort of casually for quite a few years, more than I care to admit. Okay. Yeah, we've bumped into each other at several occasions. So I was very happy to see you here finally in person and meet you.</w:t>
      </w:r>
    </w:p>
    <w:p>
      <w:pPr>
        <w:spacing w:after="240"/>
      </w:pPr>
      <w:r>
        <w:t>It's great to have you as a colleague. So talk about your past experience. Well, starting with my educational background, so everybody calls me an audiologist. In fact, I am not really. I hold a background in cognitive psychology and in physics, which at a first glance might look a bit weird combination, but it's perfectly suited to work on hearing technology and on hearing science.</w:t>
      </w:r>
    </w:p>
    <w:p>
      <w:pPr>
        <w:spacing w:after="240"/>
      </w:pPr>
      <w:r>
        <w:t>Why physics describes the world around us, how we measure it, starting with sound. We have sound waves, decibels frequency. On the other hand, psychology Cognitive psychology deals with how we perceive the world, what we do with it. So when we hear sound, it's not just technical sound. We hear voices, we communicate, we perceive all our environment, be it birds or waves or the traffic around us.</w:t>
      </w:r>
    </w:p>
    <w:p>
      <w:pPr>
        <w:spacing w:after="240"/>
      </w:pPr>
      <w:r>
        <w:t>We hear melodies that start some emotions in us. And a hearing aid bridges between these two worlds. If people have a hearing loss, they often are at risk of losing the connection to the world around them. And our products bring back the connection between, between the inner and the outer world. When I was at university, I just did the perfect combination without knowing it.</w:t>
      </w:r>
    </w:p>
    <w:p>
      <w:pPr>
        <w:spacing w:after="240"/>
      </w:pPr>
      <w:r>
        <w:t>And now I find myself in a world that I still like to always have. The holistic view. Yes. Yeah. And to be able to be able to speak about the techniques, you know, the technical aspects.</w:t>
      </w:r>
    </w:p>
    <w:p>
      <w:pPr>
        <w:spacing w:after="240"/>
      </w:pPr>
      <w:r>
        <w:t>We say we can't defy the laws of physics, but we can work on psychoacoustics and psychophysics to provide the best possible solutions to end users who use our products. And so I'd agree with you that whether it was unknowing or intentional when you were in university, combining, if you will, the art and science, the humanity and the physics of it is ideally suited to where you are now. Right. It has always fascinated me to see, okay, I cannot change physics, but we have technology and technology is made to make our lives wonderful. And this is where I would like to contribute.</w:t>
      </w:r>
    </w:p>
    <w:p>
      <w:pPr>
        <w:spacing w:after="240"/>
      </w:pPr>
      <w:r>
        <w:t>Keep us in this world, keep us being a member of the world around us and enjoy. Yeah. And it is, as you say, it's this. The physics drives it, but it is an emotional connection. And that's one thing, as you know, 40 plus years in the industry, working with end users and patients on a regular basis, the one of my favorite parts of my job is that connection to their emotional world.</w:t>
      </w:r>
    </w:p>
    <w:p>
      <w:pPr>
        <w:spacing w:after="240"/>
      </w:pPr>
      <w:r>
        <w:t>Yes. We're doing everything we can to break the rules of physics as much as possible, or at least stretch them as much as we can. But ultimately it is that connection to their immediate world and their colleagues and their friends and their family, of course, but also the connection to each other. Yes. And this is why I like my new current role here so much, because it works exactly with this holistic view, from the initial technical idea up to how can I bring it in the best way into the product and help patients with this?</w:t>
      </w:r>
    </w:p>
    <w:p>
      <w:pPr>
        <w:spacing w:after="240"/>
      </w:pPr>
      <w:r>
        <w:t>And as you have mentioned already in the past 20 years, 25 years that I've worked in the area of audio engineering hearing aids, I have had several roles from audiological research over systems engineering. And my career in the past years has brought me more and more into management position and people. Management is Exciting working with big teams of engineers and scientists who are really eager to give their best. But in the past years I have recognized that I really missed the hands on work going back to audiological research, visiting conferences, talking with the engineers and bringing the latest technology into into a good product. So when I had the opportunity to visit Starkey to see the headquarters, the people here, the visions and the values that are not just buzzwords but really lived, I just knew that this would be the place for me where I could bring my own ideas in and be in a great team and just do the things that I love.</w:t>
      </w:r>
    </w:p>
    <w:p>
      <w:pPr>
        <w:spacing w:after="240"/>
      </w:pPr>
      <w:r>
        <w:t>And what. Well, here I am. And I must say I have seen so many new ideas, so many great people. I am involved now in a lot of great technology developments. I have been welcomed incredibly warmly and people just trust me and I love that.</w:t>
      </w:r>
    </w:p>
    <w:p>
      <w:pPr>
        <w:spacing w:after="240"/>
      </w:pPr>
      <w:r>
        <w:t>Well, your credentials certainly speak for you and I think you earned that trust over the 20 odd years prior to joining us. And now we'll capitalize on that experience to put you to work. And so one of the areas really that we want to talk about today with regards to the latest product advancements is this issue, I think that is still unfolding of AuraCast. And what does that mean? I mean we've been now 12 years since made for iPhone technology.</w:t>
      </w:r>
    </w:p>
    <w:p>
      <w:pPr>
        <w:spacing w:after="240"/>
      </w:pPr>
      <w:r>
        <w:t>We had wireless technology prior to that time, but it was more proprietary on the part of different manufacturer. Starkey used 900 MHz and other people use near field magnetic inductance in combination with a wireless signal. Now we've unified on Bluetooth and I think we're finally coming to the point where oracast represents why it is that we all converged on Bluetooth. But talk a little bit about from where you were, you know, not disclosing any proprietary information. But why should people, why should end users and professionals be excited about oracast?</w:t>
      </w:r>
    </w:p>
    <w:p>
      <w:pPr>
        <w:spacing w:after="240"/>
      </w:pPr>
      <w:r>
        <w:t>Well, you already mentioned parts of it starting with the different types of wireless technology that we started with. You forgot to mention all the accessories that we needed some 15 years ago. Now remember the times when I was first participating in Bluetooth SIG meetings where people were talking about something that was so far away and so almost unrealistic and now we have it in in our devices. So for me AuraCast has been a long lived dream. And okay, for others it might just be the latest evolution of Bluetooth, but for me it is much, much more.</w:t>
      </w:r>
    </w:p>
    <w:p>
      <w:pPr>
        <w:spacing w:after="240"/>
      </w:pPr>
      <w:r>
        <w:t>It is a major leap and it has multiple aspects, usability, but also how we can use it. Let's start with the simplest thing, traditional Bluetooth as we Know, it is typically a one to one connection. I have a smartphone that is connected with my hearing aids and the best thing we could get out of it is that we could use it bidirectional. I could listen to a phone call and I could speak, but that was it. Decent quality.</w:t>
      </w:r>
    </w:p>
    <w:p>
      <w:pPr>
        <w:spacing w:after="240"/>
      </w:pPr>
      <w:r>
        <w:t>The hearing aids could run for a day with that. That's it. AuraCast now is a broadcast technology that means I have one sound source, a TV or a smartphone or a public communication system like this. And it is able to transmit to multiple recipients listeners at the same time. I can listen to a TV and at the same time my partner, who might also have a hearing loss or might want to use headphones, can do it at the same time without any additional equipment.</w:t>
      </w:r>
    </w:p>
    <w:p>
      <w:pPr>
        <w:spacing w:after="240"/>
      </w:pPr>
      <w:r>
        <w:t>I can go to the airport and listen to announcements that are related just to my gate and my flight at the same time. It's much easier to use if we think about the telecoil where we used to have a very complex technical setup that was built into the walls. In the future we will just have a transmitter in the churches and everybody can listen to the speaker. Yes, I think that's sort of the one thing people who have been using telecoils and assistive technology for decades, really, it's not a new technology and it has worked well for its purpose, I would say for a long time. But talk a little bit about for people who do, let's say in their place of worship, have a loop system for purposes of during their worship.</w:t>
      </w:r>
    </w:p>
    <w:p>
      <w:pPr>
        <w:spacing w:after="240"/>
      </w:pPr>
      <w:r>
        <w:t>What sorts of, you know, the simplicity is once you have that loop done and then the hearing aids are equipped with telecoils, it doesn't require a lot of sophistication on the part of the end user. Once they learn that when they go there, they switch to the telecoil mode, either using an app or a direct switch on their device. And then as long as the system is functioning properly and they're sitting within the loop, they will be able to hear what's up at the lectern or in the front easier than if they're listening just through ambient sounds. But now why should they consider that if that works well for their purposes, why should they be excited about oracast for that use case? Because I would argue that it's a very important one for people when they go and join other people and they're in a loop system.</w:t>
      </w:r>
    </w:p>
    <w:p>
      <w:pPr>
        <w:spacing w:after="240"/>
      </w:pPr>
      <w:r>
        <w:t>I mean, classrooms have used wireless technology for some time and there still are some classrooms in the US where they have a loop system. But I would say places of Worship or senior centers are sort of the number one and number two use cases for that. But why should they think about when oracast systems become available, transitioning from a loop system to an oracast one. Very, very good point. You mentioned a big advantage that Telecoil has had so far over Bluetooth.</w:t>
      </w:r>
    </w:p>
    <w:p>
      <w:pPr>
        <w:spacing w:after="240"/>
      </w:pPr>
      <w:r>
        <w:t>Bluetooth might have been a hassle for some people because of the not so easy pairing process. Everybody may remember the times not very long ago when you had to start a complex pairing process. You had to go into the depth of your menus and the smartphone to find the right product you wanted to pair with. And then you had to do it every time again and again and again. With AuraCast, it will change not only because of the AuraCast codec, but more because it comes with some additional tools, starting with the AuraCast assistant, which is an app that you can find on your smartphone.</w:t>
      </w:r>
    </w:p>
    <w:p>
      <w:pPr>
        <w:spacing w:after="240"/>
      </w:pPr>
      <w:r>
        <w:t>And this app works rather with like you are searching for a WI fi network. It's not so much pairing, it's tuning in. Then on top we have Google Fast Pair, which especially helps you with the initial setting up. Yeah, and I think that's such a big barrier, at least not necessarily the stigma of someone who says I'm not technology savvy. And that initial pairing.</w:t>
      </w:r>
    </w:p>
    <w:p>
      <w:pPr>
        <w:spacing w:after="240"/>
      </w:pPr>
      <w:r>
        <w:t>And then of course with Bluetooth Low energy, which is what we've used in our products now for some time. Time it's not done just on the Bluetooth setting that you would use for pairing wireless headsets or earphones or some other wireless device. And a lot of times I've had frantic calls, even from practitioners after they first learned that we had to go in on the iPhone, for example, into accessibility hearing devices, then pair not just through that Bluetooth, but this Fast Pair that you mentioned. And we commingle a little bit of the, of the topics today. But that Google Fast Pair is a means to faster pairing.</w:t>
      </w:r>
    </w:p>
    <w:p>
      <w:pPr>
        <w:spacing w:after="240"/>
      </w:pPr>
      <w:r>
        <w:t>So from an ease of use standpoint, that, that's killer. That's, that's a killer app, as they say, because it will, it will expedite and simplify the ability of an end user to connect to places where they are regularly going. Whether that's a place of worship, the airport, I spend a lot of time there. That use case is particularly intriguing to me because I enjoy going to the airport and people watching. And what I see now at our airport in Minneapolis, many of the gates on some of the circuits are quite close together.</w:t>
      </w:r>
    </w:p>
    <w:p>
      <w:pPr>
        <w:spacing w:after="240"/>
      </w:pPr>
      <w:r>
        <w:t>And so if they're quite crowded and there's numerous flights taking off, I'll see People get up when they hear an announcement for zone one boarding, go up to the boarding area only to discover that the agent says, no, no, no, that's the flight that's going to Detroit, not to Tucson. And so the ability to be able to lock in, as you mentioned, to a specific gate when you go to board and get only those announcements, rather than all of the other cacophony of noises coming in from the other gate announcements, that will represent a big advantage, I think too for hearing aid users. Absolutely. Or think about trains, train stations, where even for normal hearing people what comes out of the loudspeakers is just some gibberish because everything comes at once and then you have all the echoes. All these problems will be solved easily.</w:t>
      </w:r>
    </w:p>
    <w:p>
      <w:pPr>
        <w:spacing w:after="240"/>
      </w:pPr>
      <w:r>
        <w:t>Yeah. And I think the other advantage you just alluded to is that loop systems in the past have typically been used by people with hearing loss, hearing aid users, OraCast. And the reason that I'm so excited about the speed of this transition we talk about the infrastructure has to develop, technologies have to come out, compatibilities have to come out. It will take time for oracast to become more pervasive and ubiquitous in the way that for hearing aid users the loop systems have. But the advantage and the reason that I think I'm so excited about the speed of this transition is is that not only hearing aid users, but wireless buds, headsets that are AuraCast compatible and might be used by people without hearing loss, they also will benefit from this technology.</w:t>
      </w:r>
    </w:p>
    <w:p>
      <w:pPr>
        <w:spacing w:after="240"/>
      </w:pPr>
      <w:r>
        <w:t>They will both people with hearing aid and people with normal hearing, they will both use it in the same way and they will both benefit in the same way. Therefore, AuraCast is the inclusive technology that we can currently think of. And One reason why AuraCast is so successful is not only that it's so easy to be used, it has also many more functionalities. Imagine when you're in a gym, typically there is some TV playing there, there is some music around and you have your instructors, whom do you want to listen to? Now you can go to the gym with your friend and you can both be on the cross trainer and both listen to the same tv, talk about it.</w:t>
      </w:r>
    </w:p>
    <w:p>
      <w:pPr>
        <w:spacing w:after="240"/>
      </w:pPr>
      <w:r>
        <w:t>Or you go to the yoga class that is just next door and both listen to the yoga instructor. So it really brings people with hearing loss, without hearing loss just back to the same point. There's hardly any technology that is more inclusive. Yeah, it is extremely inclusive. And then let's get to sound quality.</w:t>
      </w:r>
    </w:p>
    <w:p>
      <w:pPr>
        <w:spacing w:after="240"/>
      </w:pPr>
      <w:r>
        <w:t>The sound quality of the streamed signal in comparison to telecoils in compared to other technologies. Talk a little bit about that. I don't even want to start talking about the limited bandwidth that we all had to suffer when we had the old good old analog phones. Nowadays there's much more modern technology. And so the new codec that is used with Le Audio, the LC3 codec, is not only much better in terms of sound quality, it has a broader bandwidth, it comes with less latency, which is also super important.</w:t>
      </w:r>
    </w:p>
    <w:p>
      <w:pPr>
        <w:spacing w:after="240"/>
      </w:pPr>
      <w:r>
        <w:t>It is huge. And what is most important, maybe especially for hearing aid users, is much lower power consumption. That means you can really use AuraCast the whole day and still have your battery running the whole day. So this is a big advantage if you compare it to the old Bluetooth technologies. Especially if we think about Bluetooth Classic, which is extremely power consuming and at the same time provides a rather bad sound quality and long latency.</w:t>
      </w:r>
    </w:p>
    <w:p>
      <w:pPr>
        <w:spacing w:after="240"/>
      </w:pPr>
      <w:r>
        <w:t>This is just the best you can get in terms of technology at the moment. Yeah, I think you hit it. I mean sound quality, the latency, which is huge. We don't want that sync disconnect that you have where the lips and the sound aren't aligned. And we're getting that latency down to a great degree.</w:t>
      </w:r>
    </w:p>
    <w:p>
      <w:pPr>
        <w:spacing w:after="240"/>
      </w:pPr>
      <w:r>
        <w:t>And then I think the very important point of battery life is one that can't go underappreciated in the sense that the best technology in the world is, is useless. If the end user suffers from range anxiety, that they're worried at the end of the day, especially on days where they're watching a sporting event or using a lot of streamed signals, that they're going to run out of power. Talking about streamed signals. One big advantage or complete novelty of AuraCast is that not only one stream can be transmitted by a sender, but multiple streams. And the use cases are manifold.</w:t>
      </w:r>
    </w:p>
    <w:p>
      <w:pPr>
        <w:spacing w:after="240"/>
      </w:pPr>
      <w:r>
        <w:t>Imagine you're sitting in a cinema and you want to switch from the English to the French translation. It's easy, it's a click, you just switch between the streams. Or when you're in a museum, a future potential application could be that you're standing in front of the paintings and you get the information of the painting directly sent to your hearing aids or to your headphones. And now, I mean a lot of museums have that type of technology, but they're typically done with a headset and a small body worn type device that is necessary to connect to that. And I think that again isn't inclusive.</w:t>
      </w:r>
    </w:p>
    <w:p>
      <w:pPr>
        <w:spacing w:after="240"/>
      </w:pPr>
      <w:r>
        <w:t>It doesn't allow the hearing aid user to have the sound adapted to compensate for their hearing loss. Again, from an inclusive standpoint, they don't have to wear Something that singles out that they're using some sort of assistive technology. So I think it really does also address some of the stigma that goes along with people who are using assistive technology to experience what they're seeing in the world. And a museum is an ideal case where now it doesn't require any intermediary devices, just their hearing aids and their phone and the oracast transmitted signal. Right.</w:t>
      </w:r>
    </w:p>
    <w:p>
      <w:pPr>
        <w:spacing w:after="240"/>
      </w:pPr>
      <w:r>
        <w:t>I would say now we have the first time that regular users of hearing aids are even in an advantageous position because they go into the museum, can just use their own technology right away. You can even geotag it. I mean, I can envision in the future that no longer like a lot of the museum ones that I do, you have to say, okay, I'm at station one now, I'm at station two. And you play the audio track when you go to the different locations. The smarter interface in the future will be possible to use geotagging to a specific location.</w:t>
      </w:r>
    </w:p>
    <w:p>
      <w:pPr>
        <w:spacing w:after="240"/>
      </w:pPr>
      <w:r>
        <w:t>So you don't even need to say and worry about being out of sync with the different stations. Oh yeah. And breaks down all kinds of barriers. Yep. I remember that has always been a pain.</w:t>
      </w:r>
    </w:p>
    <w:p>
      <w:pPr>
        <w:spacing w:after="240"/>
      </w:pPr>
      <w:r>
        <w:t>I just remember me being in a museum just two months ago and I had trouble with finding the right painting and always sync it with my phone all the time. So looking forward to using that technology. Yeah. So you talked about Google Fast Pair and you know, in the past we've talked about the difference really between on Bluetooth low energy iPhone and Apple has one experience and Google and Android has had a different experience. And with Bluetooth low energy it's often a pain point for the professional to think about, okay, is this phone compatible with these hearing aids and this phone and worried about the compatibility for something like oracast for accessories for other things.</w:t>
      </w:r>
    </w:p>
    <w:p>
      <w:pPr>
        <w:spacing w:after="240"/>
      </w:pPr>
      <w:r>
        <w:t>How will this Google Fast Pair streamline the process? You talked about it, but we're introducing that with the latest Omega AI devices to make it available to really enable that efficient fast pairing in a much more streamlined fashion than in the past. Talk a little bit about that. Well, I mentioned already how easy it will be in the future. I know.</w:t>
      </w:r>
    </w:p>
    <w:p>
      <w:pPr>
        <w:spacing w:after="240"/>
      </w:pPr>
      <w:r>
        <w:t>I'm aware of Apple devices always offering very good usability. While I myself have always been a big fan of Google and Android. We'll forgive that. Thank you. Half the world can't be wrong.</w:t>
      </w:r>
    </w:p>
    <w:p>
      <w:pPr>
        <w:spacing w:after="240"/>
      </w:pPr>
      <w:r>
        <w:t>What I see now is that Google together with Android is a whole ecosystem nowadays. Android is everywhere. It's not just with one brand. It comes across a huge variety of brands. I don't want to even Mention this now, but this is one of the biggest advantages.</w:t>
      </w:r>
    </w:p>
    <w:p>
      <w:pPr>
        <w:spacing w:after="240"/>
      </w:pPr>
      <w:r>
        <w:t>By the way, I use Apple products now all the way, but I still have my Google account also activated on Apple products. Why? Because that gives me always the linked to my second virtual world. And this just shows how huge the infrastructure and the ecosystem provided by Google nowadays is. And being part of that infrastructure, just with one initial fast pair, the opportunities you get out of this are immense.</w:t>
      </w:r>
    </w:p>
    <w:p>
      <w:pPr>
        <w:spacing w:after="240"/>
      </w:pPr>
      <w:r>
        <w:t>So I don't think that I really see a conflict between I'm using Apple products, I'm using Android products, somehow they will all merge. Well, that raises another good point. I want to talk about two other areas. First I want to talk about Increasingly some of my younger, more tech savvy patients are whether they're on an Apple platform or an Android platform, they're constantly switching throughout the day on teams calls or zoom calls that go between their computer, their phone and then perhaps an iPad type device or a blade type device. So how will auracast help with that, that transition?</w:t>
      </w:r>
    </w:p>
    <w:p>
      <w:pPr>
        <w:spacing w:after="240"/>
      </w:pPr>
      <w:r>
        <w:t>If they're throughout the day switching from one device to the next, is that going to be an advantage for them too? Certainly I can speak from my experience currently using headphones, but in the old times that has always been a hassle for me and it kept me from using headphones. I was literally running around with my phone putting the loudspeaker on. And I can imagine what this means for people with a hearing loss because they cannot just choose. Now I take my hearing aids off and I carry around a device with this seamless switching from one device to another.</w:t>
      </w:r>
    </w:p>
    <w:p>
      <w:pPr>
        <w:spacing w:after="240"/>
      </w:pPr>
      <w:r>
        <w:t>I think we have a big advantage, for example, people with a hearing loss who are wearing hearing aids at work because they do have to switch between the two, three different walls. Going to a meeting room, then going back to their own phone, going back to their PC. I think this is a very, very relevant use case. And being able to just pair once and being then connected to the whole infrastructure. Just look at our own company in our own headquarter.</w:t>
      </w:r>
    </w:p>
    <w:p>
      <w:pPr>
        <w:spacing w:after="240"/>
      </w:pPr>
      <w:r>
        <w:t>I think this is an incredible step forward. Yeah, seamless connectivity, seamless. The other thing you touched on is accessories. In the past, when someone has wanted to go home and have a TV streamer, you mentioned about broadcast mode or the ability to go one to many so that we'd plug in a TV streamer and different family members could use the same streamer. But would you say it's safe to say that something like a TV streamer is an endangered species five years from now because the television sets will incorporate this technology and people are replacing their TVs more frequently than in the old days.</w:t>
      </w:r>
    </w:p>
    <w:p>
      <w:pPr>
        <w:spacing w:after="240"/>
      </w:pPr>
      <w:r>
        <w:t>My family, we hung onto a TV for 10 or 15 years until the tubes blew. Now we're not seeing that anymore and people are switching and upgrading. Is something like a TV streamer, which is arguably one of the most used accessories is that on borrowed time? With AuraCast, I think it's a question of time taste a bit. I prefer having my TV hanging on the wall and I don't like a lot of other accessories being spreading around, shuttering up the space.</w:t>
      </w:r>
    </w:p>
    <w:p>
      <w:pPr>
        <w:spacing w:after="240"/>
      </w:pPr>
      <w:r>
        <w:t>So I wouldn't say somebody must switch to a non TV streamer based technology, but I think it makes the world for people much easier and this is how I see the advantage. So my expectation would be that we will see TV streamers less and less. And you mentioned about, you know, you're an Android user and Starkey recently announced a partnership with Google. Now you and I have both been in this industry a long time and I think it's safe to say that we've been rather provincial in terms of the way we look at technology development, each of us, and we have very solid competitors in this space and we're all developing, we have our own roadmaps and our own technology strategies, but we've tended to develop those things internally. I think when Ajin Bomick, our CTO joined us with deep ties that he had to Silicon Valley and a lot of the tech leaders, we've seen partnerships that have been enriched really in that we don't have to invent everything.</w:t>
      </w:r>
    </w:p>
    <w:p>
      <w:pPr>
        <w:spacing w:after="240"/>
      </w:pPr>
      <w:r>
        <w:t>And so what does this partnership mean with Google, at least from your vantage point? I think this is a great partnership where we have two leaders teaming up and bring some great output for the people outside Starkey being the leader in innovation being brought into meaningful products. You just mentioned Achin and I saw one of the recent interviews that you had with him about what DNN brings into the world of hearing aids. So I don't need to mention that. And on the other hand, a company like Google being a tech leader in terms of user experience and a worldwide ecosystem that just allows everybody who jumps on to support people all over the world.</w:t>
      </w:r>
    </w:p>
    <w:p>
      <w:pPr>
        <w:spacing w:after="240"/>
      </w:pPr>
      <w:r>
        <w:t>And this fits perfectly to the mission that we have at Starkey. Bringing people around the world back to the world of sound. And I think these two strong partners working together just gives great opportunities to all of us. Yeah, I'm excited about that. Yeah.</w:t>
      </w:r>
    </w:p>
    <w:p>
      <w:pPr>
        <w:spacing w:after="240"/>
      </w:pPr>
      <w:r>
        <w:t>And I just think we don't have to invent everything on our own when we look at things like generative AI and another important piece and certainly What Google's working on with that and then the dnn, as you say, and we've got great engineers here focused on sound quality and speech intelligibility and applying that. And I think for Google, as for Apple, they're very dedicated to working with people who have hearing loss and those with normal hearing. Well, there are some things that some companies can do better. We are top in developing hearing aid solutions and new algorithms and dnn. I think if we wanted to start setting up a worldwide network of devices that allow streaming and telephony and so on, I think it would be a bit too much for us.</w:t>
      </w:r>
    </w:p>
    <w:p>
      <w:pPr>
        <w:spacing w:after="240"/>
      </w:pPr>
      <w:r>
        <w:t>So why not partner up with those companies who have proven that they can do this in a stable way? Yeah, I completely agree with you. And you know, coming full circle, cause we're out of time. And I think you really highlighted with that last statement and then also with your introductory statements that one of the reasons that attracted you to come work with Starkey is, you know, the mission better hearing. The mission is the boss.</w:t>
      </w:r>
    </w:p>
    <w:p>
      <w:pPr>
        <w:spacing w:after="240"/>
      </w:pPr>
      <w:r>
        <w:t>We're constantly focused on the end user and how it is that they look at the world, whether it's in terms of sound quality and ease of connectivity and all of the things we've discussed. But what is it that you feel is unique, having been with a couple of our competitors about Starkey's focus on this mission, if you will, of better hearing, hearing better, living better. I think what is unique is the dedication. You just said Starkey is rather a small company. Sometimes we are looking compared to Google.</w:t>
      </w:r>
    </w:p>
    <w:p>
      <w:pPr>
        <w:spacing w:after="240"/>
      </w:pPr>
      <w:r>
        <w:t>Yeah, we're tiny. We might be tiny, but we dare a lot. And this is what makes us special. With our people and the strong ownership behind us, the Austin family, we can just afford sometimes trying to go the extra mile. And the world belongs to those who dare doing things.</w:t>
      </w:r>
    </w:p>
    <w:p>
      <w:pPr>
        <w:spacing w:after="240"/>
      </w:pPr>
      <w:r>
        <w:t>And this is why I truly believe that we will continue with our mission and bringing the best technology to the people in need. I truly believe this. And I'm super happy that we can team up now with big partners because this gives us even more potential. So therefore, I'm really looking forward to contributing here. I have been excited from the first day that I started working here and I'm really looking forward to a bright future that we will have here and that we will bring to our patients.</w:t>
      </w:r>
    </w:p>
    <w:p>
      <w:pPr>
        <w:spacing w:after="240"/>
      </w:pPr>
      <w:r>
        <w:t>Well said. And I look forward to daring to strive for perfection while needing to satisfy, be satisfied with excellence. We, we know perfection is almost unattainable. And with your background in physics, you know, we can't defy the laws of physics. We have to work within what physics allows us and what the human auditory system allows us.</w:t>
      </w:r>
    </w:p>
    <w:p>
      <w:pPr>
        <w:spacing w:after="240"/>
      </w:pPr>
      <w:r>
        <w:t>And with the damage that occurs in the sensory process and the brain, we can aim for perfection. But we'll be satisfied. Maybe not sated, but satisfied with excellence in that process. And I love the way you phrase it in terms of our willingness and our excitement, to dare to see what we can accomplish. And I'm looking forward to working with you in the years ahead here.</w:t>
      </w:r>
    </w:p>
    <w:p>
      <w:pPr>
        <w:spacing w:after="240"/>
      </w:pPr>
      <w:r>
        <w:t>So thank you for joining us today. Thank you for having me, and for our audience. Thank you for listening and watching. And if you have friends that you think might benefit from what we Talked about about AuraCast and Google fast Pair, Share this Please subscribe. Send us a note@soundbytesarkey.com if you have ideas for future topics.</w:t>
      </w:r>
    </w:p>
    <w:p>
      <w:pPr>
        <w:spacing w:after="240"/>
      </w:pPr>
      <w:r>
        <w:t>But until then, thank you for watching and listening, and we look forward to seeing you again soon.</w:t>
      </w:r>
    </w:p>
    <w:p>
      <w:pPr>
        <w:spacing w:after="240"/>
      </w:pPr>
      <w:r>
        <w:t>Sa.</w:t>
      </w:r>
    </w:p>
    <w:p>
      <w:pPr>
        <w:spacing w:after="240"/>
      </w:pP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p>
    <w:pPr>
      <w:jc w:val="right"/>
    </w:pPr>
    <w:r>
      <w:fldSimple w:instr="PAGE"/>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BoldOblique" w:hAnsi="Helvetica-BoldOblique"/>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