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This unedited transcript of a live webinar is provided in order to facilitate communication accessibility for the viewer and may not be a totally verbatim record of the proceedings. This transcript may contain errors. Copying or distributing this transcript without the express written consent of continued is strictly prohibited.</w:t>
      </w:r>
    </w:p>
    <w:p>
      <w:pPr>
        <w:spacing w:before="3402"/>
      </w:pPr>
    </w:p>
    <w:p>
      <w:pPr>
        <w:jc w:val="center"/>
      </w:pPr>
      <w:r>
        <w:rPr>
          <w:sz w:val="48"/>
        </w:rPr>
        <w:t>Tinnitus: From Symptoms to Strategies</w:t>
      </w:r>
    </w:p>
    <w:p>
      <w:pPr>
        <w:jc w:val="center"/>
      </w:pPr>
      <w:r>
        <w:rPr>
          <w:color w:val="A9A9A9"/>
          <w:sz w:val="32"/>
        </w:rPr>
        <w:t>Presenter: Natalie Hein, AuD</w:t>
      </w:r>
    </w:p>
    <w:p>
      <w:r>
        <w:br w:type="page"/>
      </w:r>
    </w:p>
    <w:p>
      <w:pPr>
        <w:spacing w:after="240"/>
      </w:pPr>
      <w:r>
        <w:t>Imagine hearing a sound that no one else around you can hear. A ringing, a buzzing, a humming that follows you into work conversations and even into those quiet moments at night. Really, especially in those quiet moments at night. Now imagine trying to explain that to someone else. Good afternoon everyone and thank you for being here.</w:t>
      </w:r>
    </w:p>
    <w:p>
      <w:pPr>
        <w:spacing w:after="240"/>
      </w:pPr>
      <w:r>
        <w:t>My name is Dr. NatalieHein and today we're going to dive into tinnitus, from symptoms to strategies and tinnitus is something many of us see regularly in clinic, but it can often feel complex and at times really challenging to manage for both us as clinicians and for our patients. Today we're going to break that down together. So we'll explore what tinnitus is, some of the underlying causes, practical evidence based approaches that you can use in your everyday practice. We'll also spend some time discussing patient communication because as we know, how we talk about tinnitus can be just as important as how we manage it. My goal is to leave for you to leave today feeling more confident really in identifying, discussing and managing tinnitus in a way that really, truly supports your patients.</w:t>
      </w:r>
    </w:p>
    <w:p>
      <w:pPr>
        <w:spacing w:after="240"/>
      </w:pPr>
      <w:r>
        <w:t>Now, a little bit of housekeeping. If you would like to ask a question during the presentation, please click on the Q and A area to type in your question. Click Send. I will address all of the questions at the end of the session, so feel free to enter them as they come to mind. A PDF handout of this presentation is available to you through the pending courses of Audiology Online or by clicking on the link in the chat within the classroom here today and one hour of CEUs is available for this session if you participate in the CEU program offered by Audiology Online.</w:t>
      </w:r>
    </w:p>
    <w:p>
      <w:pPr>
        <w:spacing w:after="240"/>
      </w:pPr>
      <w:r>
        <w:t>So after completing this course, just go to your pending courses on AL and pass that short multiple choice exam. So keep in mind though that you do have seven days to complete the quiz when viewing live courses and 30 days when viewing recorded courses. And finally, if you need any technical assistance, please stay logged in and request help using the Q and A window or by calling or emailing Audiology Online. Those numbers you see here on that slide and you are welcome to review the risks and the benefits that are applicable today to this course offered through Audiology Online. So I'm going to give everyone a moment to review this information on the slide and it will also be available to you on the handout.</w:t>
      </w:r>
    </w:p>
    <w:p>
      <w:pPr>
        <w:spacing w:after="240"/>
      </w:pPr>
      <w:r>
        <w:t>So we do have three learning outcomes for today. First, describe the different ways of classifying tinnitus, objective and subjective, and the symptoms associated ways to evaluate tinnitus, from self assessments to audiological evaluation and management options for Those that experience tinnitus, from counseling technology to behavioral approaches.</w:t>
      </w:r>
    </w:p>
    <w:p>
      <w:pPr>
        <w:spacing w:after="240"/>
      </w:pPr>
      <w:r>
        <w:t>And as we do go through today's session, I want you to think about tinnitus like a puzzle. Every patient who walks into our clinic brings a slightly different picture. Different symptoms, different triggers, different emotional responses, and different goals. Our job as clinicians is to help out and put those pieces together. So today, we're going to walk through each piece of that puzzle, right?</w:t>
      </w:r>
    </w:p>
    <w:p>
      <w:pPr>
        <w:spacing w:after="240"/>
      </w:pPr>
      <w:r>
        <w:t>We're going to start with understanding tinnitus in general and how it impacts our patients daily lives. From there, we're going to discuss evaluation and management strategies, practical counseling approaches, available resources and tools, such as the Relax app and the multiflex Tinnitus Pro provided by Starkey that can support patient care. And by the end of today, my hope is that again, tinnitus feels a little less overwhelming and a little bit more approachable for you as a clinician.</w:t>
      </w:r>
    </w:p>
    <w:p>
      <w:pPr>
        <w:spacing w:after="240"/>
      </w:pPr>
      <w:r>
        <w:t>And I think one of the most contentious discussions I see being around tinnitus is the pronunciation. I know every provider is split on ways to say it and which way is the correct way to pronounce it. So I do want to provide a little bit of a history as to why we're so split on that pronunciation of tinnitus. So the Latin root of the word tenor, which means to ring. So if you place the emphasis on night portion of tinnitus, this leads to a pronunciation that does sound more medical.</w:t>
      </w:r>
    </w:p>
    <w:p>
      <w:pPr>
        <w:spacing w:after="240"/>
      </w:pPr>
      <w:r>
        <w:t>So it sounds more like tinnitus. And it also implies that there is an itis or an inflammation that is causing that ringing. If you place emphasis on the tin, the first syllable of the word follows a more grammatical rule. So when repeating syllables are pronounced in the same way, this also tends to be an easier way. It rolls off the tongue a bit more.</w:t>
      </w:r>
    </w:p>
    <w:p>
      <w:pPr>
        <w:spacing w:after="240"/>
      </w:pPr>
      <w:r>
        <w:t>And this is my preferred way of that pronunciation. So that being said, that is how I will be pronouncing tinnitus throughout this presentation.</w:t>
      </w:r>
    </w:p>
    <w:p>
      <w:pPr>
        <w:spacing w:after="240"/>
      </w:pPr>
      <w:r>
        <w:t>And really regardless of how you pronounce it, this is something that we all deal with as hearing care professionals. And the dictionary does officially recognize both pronunciations as correct. So tinnitus is defined as a symptom characterized by the perception of sound in the absence of an external stimulus.</w:t>
      </w:r>
    </w:p>
    <w:p>
      <w:pPr>
        <w:spacing w:after="240"/>
      </w:pPr>
      <w:r>
        <w:t>And an analogy that we often have and conceptualize through my aud, and I'm sure many other programs is to link it to a candle, like to think of it as a candle in that dark room. The flame in the candle is very bright, but once you move it to a more well lit room room, it's still there, but it's not the focus. It's a lot less noticeable. The example I feel my patients really accepted or felt more realistic for their needs and matched their experiences was the grasshopper in the jungle. It's more noticeable on your trail until you round the corner and you hear that waterfall as well.</w:t>
      </w:r>
    </w:p>
    <w:p>
      <w:pPr>
        <w:spacing w:after="240"/>
      </w:pPr>
      <w:r>
        <w:t>So in essence that tinnitus is going to be more noticeable in those quiet environments. And that is another example that you can keep in your toolkit. Because tinnitus is one of the most common health concerns and health conditions worldwide, with 15% of adults experiencing if we want to focus in and zoom in on our communities in the United States, it is estimated that 1 in 10Americans experience some form of tinnitus throughout their life. The National Institute of Deafness and Other Communication Disorders estimates that from that subset of the 1 to 10, approximately 2 million Americans are experiencing debilitating tinnitus. With the amount of people affected, this is something that you will most certainly see in your patient demographics.</w:t>
      </w:r>
    </w:p>
    <w:p>
      <w:pPr>
        <w:spacing w:after="240"/>
      </w:pPr>
      <w:r>
        <w:t>There are a few different ways to classify tinnitus, objective and subjective, and these are typically broken down by if they can be heard by the clinician or not. So objective tinnitus is a tinnitus that can be perceived or heard by someone else in addition to the patient. Typically, you can detect the sound simply by standing next to the patient using a stethoscope or using a microphone to record from that ear canal. The source of this type of tinnitus is is internal and is often the result of a muscle spasm, a vascular problem such as a tumor in that middle ear. Objective tinnitus is rare and it occurs in less than 1% of the cases.</w:t>
      </w:r>
    </w:p>
    <w:p>
      <w:pPr>
        <w:spacing w:after="240"/>
      </w:pPr>
      <w:r>
        <w:t>The most common form of tinnitus is subjective tinnitus. This term refers to tinnitus that can only be heard by the patient. Subjective tinnitus can arise from sickness, several health conditions involving the head and neck or other systems. In many cases it's usually unknown because we know that subjective tinnitus is rather broad since it does encompass 99% of tinnitus cases, you can further clarify apologies. Classify tinnitus down using primary and secondary tinnitus identifiers.</w:t>
      </w:r>
    </w:p>
    <w:p>
      <w:pPr>
        <w:spacing w:after="240"/>
      </w:pPr>
      <w:r>
        <w:t>So secondary tinnitus you have an identifiable source and it can be something that is auditory in nature such as rumen impactation, that earwax, some type of middle ear pathology, auditory nerve pathologies or cochlear abnormalities. Or you can have secondary tinnitus that stems from non auditory sources like vascular anomalies, metabolic diseases, neurologic abnormalities, and the administration of those ototoxic medications. Primary tinnitus is the most common type of tinnitus seen. It often does not have an underlying cause and is typically idiopathic, meaning the true source of the tinnitus is unknown. Primary tinnitus is commonly associated with the sensorineural hearing loss.</w:t>
      </w:r>
    </w:p>
    <w:p>
      <w:pPr>
        <w:spacing w:after="240"/>
      </w:pPr>
      <w:r>
        <w:t>And you can take primary tinnitus and really break it down into three characteristics, temporal duration and the impact it has on the patient. And when looking at primary tinnitus, again, we want to know more about what the patient is experiencing. We want the categories of the temporal characteristics. Is it spontaneous? Does it last less than a minute?</w:t>
      </w:r>
    </w:p>
    <w:p>
      <w:pPr>
        <w:spacing w:after="240"/>
      </w:pPr>
      <w:r>
        <w:t>Is it something that lasts for only a few hours a day? Does it happen every once in a while? Is it intermittent? Is it constant? It is occurring daily or weekly?</w:t>
      </w:r>
    </w:p>
    <w:p>
      <w:pPr>
        <w:spacing w:after="240"/>
      </w:pPr>
      <w:r>
        <w:t>We want to examine and dig into the duration of that tinnitus. How long has your patient been experiencing tinnitus? Is the onset Recent? Less than that? 60 days?</w:t>
      </w:r>
    </w:p>
    <w:p>
      <w:pPr>
        <w:spacing w:after="240"/>
      </w:pPr>
      <w:r>
        <w:t>Is it persistent? Does it continue? And the last thing you want to look at is that impact of the tinnitus on the patient. Is it something that is extremely bothersome to some, bothersome to them, or something that the patient can easily ignore and manage on that daily basis? Getting answers to further define these characteristics is important when dealing with tinnitus patients because it's going to help guide you further in your evaluation process as well as help determine the potential management options available for the patient.</w:t>
      </w:r>
    </w:p>
    <w:p>
      <w:pPr>
        <w:spacing w:after="240"/>
      </w:pPr>
      <w:r>
        <w:t>And it is important to distinguish tinnitus from other phantom auditory perceptions and perceived sound intolerances. There are many different types of phantom auditory perceptions, so I do want to briefly explain what each one of those are here today. So we do have auditory hallucinations. They're false perceptions of sound. They've been described as the experience of internal words or internal noises that have no real origin in the outside world and are perceived to be separate from the person's mental processes.</w:t>
      </w:r>
    </w:p>
    <w:p>
      <w:pPr>
        <w:spacing w:after="240"/>
      </w:pPr>
      <w:r>
        <w:t>High fevers and some infections, such as cephalitis and meningitis, can have auditory hallucinations. Other times that this can result is from intense stress or that traumatic event. And this can lead to the common report that they hear a voice or a loved one after they have, for example, passed musical ear syndrome. This is a subset of that Auditory hallucination is when someone hears music that has no external source. Some people hear a single instrument playing a simple melody.</w:t>
      </w:r>
    </w:p>
    <w:p>
      <w:pPr>
        <w:spacing w:after="240"/>
      </w:pPr>
      <w:r>
        <w:t>Others hear voice singing with or without accompaniment. An example of this would be a patient complaining about their neighbors playing loud music all throughout the night. Yet no one else in the complex hears any of it. And there is no true, identifiable source of that Music and then auditory imagination. This is something just about everyone has experienced and it is a form of mental imagery, which is a picture in the mind or a visual representation in the absence of that environmental input.</w:t>
      </w:r>
    </w:p>
    <w:p>
      <w:pPr>
        <w:spacing w:after="240"/>
      </w:pPr>
      <w:r>
        <w:t>This same concept can apply to something auditory as well as what can lead to the most common example, a song getting stuck in your head. And if you have toddlers like me, you have many wonderful songs stuck in your head. And tinnitus can affect anyone. And no two people will report the effects of their tinnitus really. In that same way, when you have a patient with tinnitus reach out to you, it is important to examine their quality of life and the impacts that tinnitus is having on their daily routine.</w:t>
      </w:r>
    </w:p>
    <w:p>
      <w:pPr>
        <w:spacing w:after="240"/>
      </w:pPr>
      <w:r>
        <w:t>In some cases, we'll see that tinnitus patients are reporting extreme despair and beyond. Sleep disturbance is one of those most common complaints associated with tinnitus. And research suggests that nearly two out of three tinnitus patients report difficulty sleeping, whether that's trouble falling asleep or staying asleep or really achieving that restful sleep. And for many patients, nighttime is when tinnitus becomes the most noticeable because there are fewer environmental sounds competing for that attention.</w:t>
      </w:r>
    </w:p>
    <w:p>
      <w:pPr>
        <w:spacing w:after="240"/>
      </w:pPr>
      <w:r>
        <w:t>And the difference between tinnitus being a minor and a major issue for that patient is less often related to how loud the tinnitus is, but rather how the tinnitus impacts other facets of the patient's life. So as such, clinicians and researchers have developed inventory tests to measure the subjective burden a patient experiences because of tinnitus. And there are a number of different self assessments that are commonly utilized. So we're going to take a moment to talk about a few of them. First up is the Tinnitus Handicap Inventory or the THI is used to identify difficulties a patient may experience as a result of their tinnitus tinnitus and evaluate the severity of those difficulties.</w:t>
      </w:r>
    </w:p>
    <w:p>
      <w:pPr>
        <w:spacing w:after="240"/>
      </w:pPr>
      <w:r>
        <w:t>This is a 25 item questionnaire and it probes the functional, emotional and catastrophic response reactions to tinnitus and is not affected by age, gender or hearing loss. So meaning whether the patient has normal hearing sensitivity or hearing loss. And the THI was developed as a brief and easily administered way to evaluate the disabling consequences of tinnitus. Questions such as because of your tinnitus, is it difficult for you to concentrate? Does the loudness of your tinnitus make it difficult for you to hear people?</w:t>
      </w:r>
    </w:p>
    <w:p>
      <w:pPr>
        <w:spacing w:after="240"/>
      </w:pPr>
      <w:r>
        <w:t>Those are some of the questions that are asked to the patient. The patient then has three answers to choose from. Yes, sometimes and no. It is used by many for that initial evaluation of the handicap and and it is also a way to measure treatment outcomes at a later time.</w:t>
      </w:r>
    </w:p>
    <w:p>
      <w:pPr>
        <w:spacing w:after="240"/>
      </w:pPr>
      <w:r>
        <w:t>The TFI, the Tinnitus Functional Index is another 25 item questionnaire that is used to assess the severity of a patient's tinnitus and the extent at which the condition affects their daily function. The questions are grouped into eight subscales or factors. First being intrusiveness how strong or loud was your tinnitus? Sense of your control? That's number two how easy for you was it to ignore your tinnitus?</w:t>
      </w:r>
    </w:p>
    <w:p>
      <w:pPr>
        <w:spacing w:after="240"/>
      </w:pPr>
      <w:r>
        <w:t>Third being cognition how much did your tinnitus interfere with your ability to concentrate? Four Is sleep. How often did your tinnitus make it difficult for you to fall asleep or stay asleep? 5 being auditory how much has your tinnitus interfered with your ability to hear clearly? 6 that is relaxation how much has your tinnitus interfered with your ability to relax?</w:t>
      </w:r>
    </w:p>
    <w:p>
      <w:pPr>
        <w:spacing w:after="240"/>
      </w:pPr>
      <w:r>
        <w:t>7 We're at quality of life how much has your tinnitus interfered with your enjoyment of social activities? And then eight Our last section or factor is emotional distress. How anxious or worrisome has your tinnitus made you feel?</w:t>
      </w:r>
    </w:p>
    <w:p>
      <w:pPr>
        <w:spacing w:after="240"/>
      </w:pPr>
      <w:r>
        <w:t>And the TFI questionnaire can be useful in both a clinical and research setting because of its responsiveness to treatment related change, validity and scaling of that overall severity of tinnitus and that comprehensive coverage of multiple domains of tinnitus severity.</w:t>
      </w:r>
    </w:p>
    <w:p>
      <w:pPr>
        <w:spacing w:after="240"/>
      </w:pPr>
      <w:r>
        <w:t>We're still following along in our Alphabet soup here. We've made it to THS or the Tinnitus and Hearing Survey. This was developed as a tool to assist patients and clinicians and determine how much of a patient's reported problem is due to tinnitus and how much is due to hearing difficulties. In addition, it also has two items that screen for sound and tolerance problems. It is used both clinically as well in those clinical trials.</w:t>
      </w:r>
    </w:p>
    <w:p>
      <w:pPr>
        <w:spacing w:after="240"/>
      </w:pPr>
      <w:r>
        <w:t>It is statistically validated and reliable for use in assisting patients and clinicians in quickly and collaboratively determining whether intervention for tinnitus is really appropriate.</w:t>
      </w:r>
    </w:p>
    <w:p>
      <w:pPr>
        <w:spacing w:after="240"/>
      </w:pPr>
      <w:r>
        <w:t>And the next step in the process is to take a very detailed case history. This includes asking questions specific to their tinnitus that can help you define those temporal duration and severity characteristics as well as determine those prime if it's primary or secondary.</w:t>
      </w:r>
    </w:p>
    <w:p>
      <w:pPr>
        <w:spacing w:after="240"/>
      </w:pPr>
      <w:r>
        <w:t>And discovery as you know, is very important component to make it tailored to that specific patient. And that really is vital for a lot of my patients with tinnitus. So examples of basic case history questions Is it in one or both ears? Have you worked or been around loud noises? Did it start gradually?</w:t>
      </w:r>
    </w:p>
    <w:p>
      <w:pPr>
        <w:spacing w:after="240"/>
      </w:pPr>
      <w:r>
        <w:t>More comprehensive case questions have you tried anything for tinnitus relief how has your tinnitus affected your daily life? Have you talked to anyone about this? What type of support system do you have?</w:t>
      </w:r>
    </w:p>
    <w:p>
      <w:pPr>
        <w:spacing w:after="240"/>
      </w:pPr>
      <w:r>
        <w:t>And as you continue that case history, we know that there are many different known risk factors for tinnitus. There are the commonly seen ones by hearing care professional such as Meniere's disease, a sudden hearing loss, ear infections or others that are in that realm of comorbidities such as thyroid issues, head or neck trauma and cardiovascular disease. There are also 500 prescriptions and over the counter medications that are shown to have a high chance of tinnitus as one of the symptoms.</w:t>
      </w:r>
    </w:p>
    <w:p>
      <w:pPr>
        <w:spacing w:after="240"/>
      </w:pPr>
      <w:r>
        <w:t>And there are also many other potential possible risk factors or correlations with tinnitus including smoking, anxiety, depression, alcohol usage and more that research has shown to be a potential risk factor for tinnitus, but of course more research is always needed. And really people from all walks of life are susceptible to tinnitus. But we do often see tinnitus in Caucasian males that are 60 years of older. And a particular segment of the population that is noticeably impacted by hearing loss and tinnitus are veterans. I used to work in a VA back in the day before my starkey time and I would see my patients with tinnitus quite often.</w:t>
      </w:r>
    </w:p>
    <w:p>
      <w:pPr>
        <w:spacing w:after="240"/>
      </w:pPr>
      <w:r>
        <w:t>In fact, over 2 million veterans in 2021 received compensation for their tinnitus through the VA. And we do have other at risk populations, including people that work in extremely loud environments and those jobs that require an OSHA hearing conservation program. This includes jobs in the first responders, field manufacturing or other large factory settings. And OSHA tends to highly regulate people's hearing and that risk population.</w:t>
      </w:r>
    </w:p>
    <w:p>
      <w:pPr>
        <w:spacing w:after="240"/>
      </w:pPr>
      <w:r>
        <w:t>And we also see that people that have experienced traumatic brain injury or TBI have a higher risk of tinnitus either from that injury itself or the medicine that is being used to manage and treat the symptoms of that injury.</w:t>
      </w:r>
    </w:p>
    <w:p>
      <w:pPr>
        <w:spacing w:after="240"/>
      </w:pPr>
      <w:r>
        <w:t>And of course there is a high number of recreational activities or entertainment focused careers that can lead to an increased risk of tinnitus. Musicians and people that are heavily invested in music can have high levels of noise exposure and therefore may have a higher risk of hearing loss and tinnitus. In 2022, the World Health Organization estimated that over 1 billion billion with A B people aged 12 to 35 years risk losing their hearing due to prolonged and excessive exposure to loud music and other recreational sounds. They outline the risk factors such as bars, clubs, music venues as causing that hearing damage. But the biggest problem faced is through, as you guessed it, listening to loud music through ipod, smartphone, personal listening devices.</w:t>
      </w:r>
    </w:p>
    <w:p>
      <w:pPr>
        <w:spacing w:after="240"/>
      </w:pPr>
      <w:r>
        <w:t>Although this is seen in all populations, it Is impacting the younger generation a lot sooner, Sooner than we have historically seen, actually. According to the American Osteopathic association, one in five teens will experience some form of hearing loss, a rate about 30% higher than it was 20 years ago. And many experts believe this escalation is due in part to that increased use of headphones across the board. Listening through headphones at a high volume for extended periods of time can really therefore result in that permanent hearing loss.</w:t>
      </w:r>
    </w:p>
    <w:p>
      <w:pPr>
        <w:spacing w:after="240"/>
      </w:pPr>
      <w:r>
        <w:t>And one of the most important things to remember about tinnitus Is that it's rarely static. Many patients will tell you that their tinnitus changes day to day, even hour to hour, depending on what's happening in their environment, their body, and really their emotional state. And there are several common aggravators we want to keep in mind. Clinically, stress and anxiety are some of the biggest contributors. When patients are stressed, the brain often becomes more aware of that tinnitus signal, which can increase both perceived loudness and emotional distress.</w:t>
      </w:r>
    </w:p>
    <w:p>
      <w:pPr>
        <w:spacing w:after="240"/>
      </w:pPr>
      <w:r>
        <w:t>Fatigue and poor sleep can worsen these symptoms, Creating really a frustrating cycle where tinnitus impacts sleep, and then that lack of sleep makes tinnitus feel more intense. Noise exposure, of course we mentioned earlier, is another major factor, Whether it is occupational, recreational, or even just short term loud sound exposure. We also see aggravation related to caffeine, alcohol, nicotine, certain medications, jaw, neck, tension, salt, and overall health factors like blood pressure and illness. So this is why counseling is so important. Helping patients identify their personal triggers can give them a greater sense of control and often become a key part of that successful tinnitus management.</w:t>
      </w:r>
    </w:p>
    <w:p>
      <w:pPr>
        <w:spacing w:after="240"/>
      </w:pPr>
      <w:r>
        <w:t>And another important component to remember Is that tinnitus does not follow a predictable pattern when it comes to hearing loss, when tinnitus is very commonly associated. So while tinnitus is very commonly associated with hearing loss, it can occur with any degree or type of hearing loss, and in some cases, even in patients with clinically normal hearing. We also don't see a direct relationship between the severity of hearing loss and the severity of the tinnitus. A patient with mild hearing loss may describe debilitating tinnitus, While another patient with significant hearing loss May report very little tinnitus awareness. Another interesting clinical observation is that hearing changes and tinnitus changes Often occur independently of one another.</w:t>
      </w:r>
    </w:p>
    <w:p>
      <w:pPr>
        <w:spacing w:after="240"/>
      </w:pPr>
      <w:r>
        <w:t>A patient's tinnitus might become louder or softer without any measurable change in their hearing sensitivity. Likewise, hearing thresholds, they may worsen over time While their tinnitus remains stable or even becomes less noticeable. That unpredictability is part of what makes tinnitus so frustrating for patients as well as clinicians. But it also is why individualized counseling and management are really that important.</w:t>
      </w:r>
    </w:p>
    <w:p>
      <w:pPr>
        <w:spacing w:after="240"/>
      </w:pPr>
      <w:r>
        <w:t>So this concept is supported by the literature. A study in 2020 looked at about 73 patients and divided them into groups based on hearing status. One group with normal hearing and another sensorineural hearing loss. Researchers then evaluated tinnitus severity using that TFI which we had talked about earlier, the tinnitus functional index. And what they found was interesting that there was no direct correlation between the tinnitus severity and and the patient's measured hearing thresholds.</w:t>
      </w:r>
    </w:p>
    <w:p>
      <w:pPr>
        <w:spacing w:after="240"/>
      </w:pPr>
      <w:r>
        <w:t>In other words, just because a patient has greater hearing loss does not necessarily mean they will experience more severe tinnitus. So this really reinforces an important clinical takeaway. While tinnitus and hearing loss commonly occur together, they don't always move together. The relationship is a lot more complex, which is why again, tinnitus management really requires that individualized, patient centered approach.</w:t>
      </w:r>
    </w:p>
    <w:p>
      <w:pPr>
        <w:spacing w:after="240"/>
      </w:pPr>
      <w:r>
        <w:t>So once we've done our detailed tailored case history, now we're working on our audiologic assessment. And this can include but is not limited to air and bone speech, timps, DPOAEs, uncomfortable loudness level, testing that UCLA acoustic reflex thresholds. And you may also do tinnitus pitch matching or tinnitus loudness matching so that you can help that patient to define their tinnitus symptoms. You may also measure that minimum detection level or that minimum masking level.</w:t>
      </w:r>
    </w:p>
    <w:p>
      <w:pPr>
        <w:spacing w:after="240"/>
      </w:pPr>
      <w:r>
        <w:t>Now, when it comes to management options for tinnitus patients, I want to highlight three areas today. Counseling and education, technology and behavioral approaches. Management for tinnitus is often centered around trying to limit that negative thoughts associated with tinnitus, which hopefully will mitigate the emotional effects they are feeling and really minimize those disruptions in their daily life.</w:t>
      </w:r>
    </w:p>
    <w:p>
      <w:pPr>
        <w:spacing w:after="240"/>
      </w:pPr>
      <w:r>
        <w:t>And when it comes to tinnitus management, counseling and education are foundational. For many patients. One of the biggest fears is just simply not understanding what's happening. So one of our first responsibilities as clinicians is to help explain what tinnitus is and why it may be occurring in a way that feels approachable and reassuring. From there we can begin discussing management options.</w:t>
      </w:r>
    </w:p>
    <w:p>
      <w:pPr>
        <w:spacing w:after="240"/>
      </w:pPr>
      <w:r>
        <w:t>And this is important. There is rarely a one size fits all solution for tinnitus management. It may include hearing technology, sound therapy, counseling strategies, stress management, sleep support, or a combination approach of all of those depending on those patients needs. And we want to work with our patients to create a realistic and meaningful goal.</w:t>
      </w:r>
    </w:p>
    <w:p>
      <w:pPr>
        <w:spacing w:after="240"/>
      </w:pPr>
      <w:r>
        <w:t>Lifestyle management can also play an important role in that care. For some patients, small day to day change can help reduce that aggravation. And improve their overall ability to cope with the tinnitus. This may include things like quitting smoking, making dietary adjustments, improving sleep habits, incorporating relaxation or meditation techniques, and increasing that physical activity through regular exercise. We also shouldn't underestimate the value of emotional support.</w:t>
      </w:r>
    </w:p>
    <w:p>
      <w:pPr>
        <w:spacing w:after="240"/>
      </w:pPr>
      <w:r>
        <w:t>Support groups, whether in person or online, can help patients feel less isolated and more understood in their tinnitus journey. Not every strategy works for every patient, but but these conversations help patients recognize that tinnitus management often extends beyond the hearing and the hearing aids sometimes themselves, and can involve an overall wellness and quality of life.</w:t>
      </w:r>
    </w:p>
    <w:p>
      <w:pPr>
        <w:spacing w:after="240"/>
      </w:pPr>
      <w:r>
        <w:t>And when discussing diet and tinnitus, there's no universal tinnitus diet, but for some lifestyle changes this might help certain patients. For example, reducing excessive caffeine, alcohol, nicotine or high sodium intake may lessen those tinnitus aggravations for some, particularly if they notice symptoms worse after consumption. Encouraging patients to stay hydrated, maintaining balanced blood sugar levels, and support overall cardiovascular health through healthy eating may also be beneficial, especially since stress, fatigue and circulation can all influence tinnitus perception. I usually encourage patients to track possible triggers and symptoms, looking at patterns that really can help them identify whether certain dietary factors are truly impacting their tinnitus and patients. They'll often ask me about vitamins or supplements for tinnitus, including things like zinc, potassium or vitamin B12.</w:t>
      </w:r>
    </w:p>
    <w:p>
      <w:pPr>
        <w:spacing w:after="240"/>
      </w:pPr>
      <w:r>
        <w:t>At this time, research is somewhat mixed, so I do have it labeled may help as there is no strong evidence supporting supplements as a universal tinnitus treatment. However, some studies have suggested that patients with underlying deficiencies, particularly the vitamin B12 deficiency, may experience improvement when those deficiencies are addressed. So this is another great reminder that tinnitus management is highly individualized and what helps one patient might not necessarily help another.</w:t>
      </w:r>
    </w:p>
    <w:p>
      <w:pPr>
        <w:spacing w:after="240"/>
      </w:pPr>
      <w:r>
        <w:t>And I mentioned this earlier, but support groups can be incredibly valuable resource for patients living with tinnitus. One of the biggest things many patients struggle with is feeling isolated and misunderstood, especially because tinnitus is an invisible condition. Support groups give patients an opportunity to connect with others who truly understand what they're experiencing. These groups create a space where patients can openly share their experience, coping strategies, frustrations and successes, and while also receiving encouragement and emotional support from others on a similar journey. Many support groups also include educational components such as guest speakers, guided discussions focused on tinnitus management, stress reduction, sleep strategies, hearing technology, and again, that overall wellness.</w:t>
      </w:r>
    </w:p>
    <w:p>
      <w:pPr>
        <w:spacing w:after="240"/>
      </w:pPr>
      <w:r>
        <w:t>For some patients, simply realizing they are not alone can significantly reduce anxiety surrounding the tinnitus and really help improve their overall quality of life. Now, we've talked through some counseling and education let's talk through some technology. Treatment options.</w:t>
      </w:r>
    </w:p>
    <w:p>
      <w:pPr>
        <w:spacing w:after="240"/>
      </w:pPr>
      <w:r>
        <w:t>The most common form of provider driven treatment is sound therapy. This uses habituation to teach the brain to take unwanted sound like their tinnitus, and reclassify it as something else that is not as important. And there are four different sound categories of sound therapy options. You have masking, distraction, habituation, neuromodulation. I've got a sample of each of these that I'll play for you in just a moment.</w:t>
      </w:r>
    </w:p>
    <w:p>
      <w:pPr>
        <w:spacing w:after="240"/>
      </w:pPr>
      <w:r>
        <w:t>Starting off with Masking is an external noise source at just a loud enough volume that is partially or completely covering the sound of the patient's tinnitus.</w:t>
      </w:r>
    </w:p>
    <w:p>
      <w:pPr>
        <w:spacing w:after="240"/>
      </w:pPr>
      <w:r>
        <w:t>Distraction uses external sound to divert the patient's attention away from that sound of tinnitus.</w:t>
      </w:r>
    </w:p>
    <w:p>
      <w:pPr>
        <w:spacing w:after="240"/>
      </w:pPr>
      <w:r>
        <w:t>Habituation that one's helping the patient's brain reclassify the tinnitus as an unimportant sound that should and can be consciously ignored.</w:t>
      </w:r>
    </w:p>
    <w:p>
      <w:pPr>
        <w:spacing w:after="240"/>
      </w:pPr>
      <w:r>
        <w:t>And neuromodulation. This is a specialized sound. It is designed to minimize the neural hyperactivity that is thought to be the underlying cause of tinnitus.</w:t>
      </w:r>
    </w:p>
    <w:p>
      <w:pPr>
        <w:spacing w:after="240"/>
      </w:pPr>
      <w:r>
        <w:t>And when it comes to the devices used for sound therapy, there are a number of different options out there. We have sound masking devices, bimodal stimulation devices, hearing aids, as well as some sleep apps. We're going to talk about each of these approaches and the current research that's been done to look at the effectiveness of reducing those tinnitus symptoms.</w:t>
      </w:r>
    </w:p>
    <w:p>
      <w:pPr>
        <w:spacing w:after="240"/>
      </w:pPr>
      <w:r>
        <w:t>Starting first with sound masking devices. They offer a variety of different types of sound, with the most common one being white noise. What's unique about these devices that they typically include other features such as built in clocks, alarms, night lights, app integration, and really a lot more. And I would venture to say that these devices are most commonly used to help people fall asleep, including my toddlers. However, they can also frequently be found in open office settings to minimize noise distraction, increase speech privacy and optimize work productivity.</w:t>
      </w:r>
    </w:p>
    <w:p>
      <w:pPr>
        <w:spacing w:after="240"/>
      </w:pPr>
      <w:r>
        <w:t>I've actually started to notice them in my vet exam rooms that I go into, so they're using it to help with those pups as well.</w:t>
      </w:r>
    </w:p>
    <w:p>
      <w:pPr>
        <w:spacing w:after="240"/>
      </w:pPr>
      <w:r>
        <w:t>The second type of sound therapy is an approach called bimodal stimulation. This is a specific approach within the broader field of neuromodulation focused on the simultaneous use of two sensory modalities to modulate neural activity. Essentially, this approach aims to retrain the brain's response to certain stimuli such as tinnitus, by engaging multiple sensory pathways to simultaneously. Typically, the sensory modality are auditory and tactile, or auditory and electrical. The tactile stimulation relies on vibration to generate sensation on the skin, while electrical uses electrical currents to stimulate nerves or muscles under the skin and moving on.</w:t>
      </w:r>
    </w:p>
    <w:p>
      <w:pPr>
        <w:spacing w:after="240"/>
      </w:pPr>
      <w:r>
        <w:t>Of course, maskers can be found in hearing aids. These use a form of acoustic therapy which is using sound stimulation either from amplification or external sounds to generate an additional sound. There are many different masker options built into hearing aids and each company really has their own philosophy on how to best manage tinnitus with that onboard masker. A little bit later we'll talk about the different maskers offered with Starkey's Multiflex Tinnitus Pro. Generally, tinnitus maskers are additional sound generated that are typically set at a level below a patient's tinnitus to potentially cover it up.</w:t>
      </w:r>
    </w:p>
    <w:p>
      <w:pPr>
        <w:spacing w:after="240"/>
      </w:pPr>
      <w:r>
        <w:t>In a study in 2021 that followed about 26 individuals over an eight week field trial wearing hearing aids that provided acoustic therapy via three tinnitus masker options, the Tinnitus Handicap Inventory, which we spoke about earlier. The THI was used before and after treatment to measure the patient's tinnitus handicap and results from that study showed that after on going through the treatment, patients reported significant reduction in their tinnitus symptoms and on average about 34% of the time they were using that masker and sound or sleep apps. They've been around for some time now and certainly do have a place in the world of tinnitus, but how effective are they? A study that was completed in 2023 explored the potential benefit of a smartphone application for tinnitus relief. The study was comprised of 22 participants who reported having subjective tinnitus.</w:t>
      </w:r>
    </w:p>
    <w:p>
      <w:pPr>
        <w:spacing w:after="240"/>
      </w:pPr>
      <w:r>
        <w:t>Each participant was instructed to use their tinnitus application for six months. Results showed a significant reduction in subjective tinnitus, loudness and annoyance and subjective stress levels observed the Tinnitus Handicap Inventory. That THI scores were also significantly decreased after that six month period. In addition, participants reported high satisfaction with the application and the music and environmental sounds as stimulus options. So the findings in that study really demonstrate the potential benefit of an application such as these for tinnitus improvements.</w:t>
      </w:r>
    </w:p>
    <w:p>
      <w:pPr>
        <w:spacing w:after="240"/>
      </w:pPr>
      <w:r>
        <w:t>And we've hit behavioral approaches. This is the last category of treatment options we're going to discuss today. Cognitive behavioral therapy. This has been shown to have great improvements in the quality of life of patients with severe tinnitus symptoms and is focused on changing the mindset of the patients in a way that they think about their tinnitus. It does this by focusing on building mindfulness skills, teaching the patients how to manage their tinnitus perception using sound enrichments and making behavioral changes that can better help them manage and cope how their tinnitus makes them feel and we also have protocols.</w:t>
      </w:r>
    </w:p>
    <w:p>
      <w:pPr>
        <w:spacing w:after="240"/>
      </w:pPr>
      <w:r>
        <w:t>There are a few different treatment protocols that fund fall under our scope of practice. Tinnitus retraining therapy it's between 12 and 24 treatment protocol it's a 12 and 24 month treatment protocol that uses a combination of cognitive behavioral therapy and sound therapy to best manage the tinnitus. We've got progressive tinnitus management. This is going to use five different levels of treatment that range from minimal to patient education focused up to more intense options that are long term focused Tinnitus activities Treatment that's tat this is going to be a variation of CBT that focuses specifically on tinnitus management. TAT that tinnitus activities treatment follows an incremental learning based approach that explores four impact areas of tinnitus.</w:t>
      </w:r>
    </w:p>
    <w:p>
      <w:pPr>
        <w:spacing w:after="240"/>
      </w:pPr>
      <w:r>
        <w:t>Thoughts and emotions, hearing and communication, sleep and concentration. The process is also generally uses low level supplemental sound therapy for masking purposes.</w:t>
      </w:r>
    </w:p>
    <w:p>
      <w:pPr>
        <w:spacing w:after="240"/>
      </w:pPr>
      <w:r>
        <w:t>And even when there is no single cure, there is always something that can help. Whether that's education, counseling, sound therapy, amplification or combination of these procedures. So saying nothing can be done really shuts down that hope and trust of the patient. So instead trying to reframe towards management and improvement we can reduce how much tinnitus is noticed, reduce its impact and improve that quality of life. Because there always are those opportunities to build the relationship with the patient and promote with confidence building language when working with him, provide that empathy, establish a great strong rapport by giving them details and educating on what tinnitus is.</w:t>
      </w:r>
    </w:p>
    <w:p>
      <w:pPr>
        <w:spacing w:after="240"/>
      </w:pPr>
      <w:r>
        <w:t>Have positive communication and remind them really that they are not alone, they are not isolated. Provide that support.</w:t>
      </w:r>
    </w:p>
    <w:p>
      <w:pPr>
        <w:spacing w:after="240"/>
      </w:pPr>
      <w:r>
        <w:t>Now we've talked about some general tinnitus solutions. I do want to spend the rest of our time today talking about multiflex Tinnitus Pro. That's Starkey's solution for Tinnitus program and it is available in all styles of the Omega AI devices, Edge AI signature Siri devices with eight different stimulus options that vary based on technology level.</w:t>
      </w:r>
    </w:p>
    <w:p>
      <w:pPr>
        <w:spacing w:after="240"/>
      </w:pPr>
      <w:r>
        <w:t>Something that I geek out about. I think it's pretty exciting. We do have a new highlight. Tinnitus. This past release has been added to the program drop down.</w:t>
      </w:r>
    </w:p>
    <w:p>
      <w:pPr>
        <w:spacing w:after="240"/>
      </w:pPr>
      <w:r>
        <w:t>So it's an easy way to enable tinnitus. When the Tinnitus program is selected from the drop down menu for the 24, 20 and 16 technology tiers, it will default to the audiogram shaped stimulus. We'll talk about what that is momentarily. For the 12 level of technology tier, white noise will be the default and this applies to all devices that are Compatible with our profit software. I will note that automatically does enable that tinnitus indicator for the patient to hear.</w:t>
      </w:r>
    </w:p>
    <w:p>
      <w:pPr>
        <w:spacing w:after="240"/>
      </w:pPr>
      <w:r>
        <w:t>And taking a step back a little bit of a lay of the land, this feature, our tinnitus feature can be accessed from the flyout menu within profit software by clicking on that tinnitus screen. Once on the screen, you can use the drop down menu here to select the stimulus that you wish to use. All options offer 10,000Hz of bandwidth with 16 bands of adjustability. So what's nice about our tinnitus feature is that you can enable tinnitus stimulus on a per program basis. So if patient wants a separate program specifically for their tinnitus stimulus, you can add it.</w:t>
      </w:r>
    </w:p>
    <w:p>
      <w:pPr>
        <w:spacing w:after="240"/>
      </w:pPr>
      <w:r>
        <w:t>And then on their second program, which is usually where I would put it, is in that second program. And that is my most common approach and many that I see out in the field is again, I would make a duplicate personal program and add that tinnitus stimulus to that second program. In that same vein, I would also build a program with the mics off. If your patient really does want mics off, just the tinnitus stimulus in there. I could even do that and copy a program that they really love.</w:t>
      </w:r>
    </w:p>
    <w:p>
      <w:pPr>
        <w:spacing w:after="240"/>
      </w:pPr>
      <w:r>
        <w:t>So what are your stimulus options available to your patients? Let's take a peek at some of those. There are several different options and it is important to note that there is no one recommended protocol that Starkey has. As we've discussed, every tinnitus patient is different and every hearing care professional approaches tinnitus treatment differently. We're going to take a look at each of these stimulus options.</w:t>
      </w:r>
    </w:p>
    <w:p>
      <w:pPr>
        <w:spacing w:after="240"/>
      </w:pPr>
      <w:r>
        <w:t>First up is white noise. This stimulus, the signal is based on the patient's pure tone average and provides equal energy distribution across frequencies. With a flat response. This might result in some segments of the stimulus being either too loud or too soft. For some of our patients, the patient's vent interactions are accounted for with the stimulus and you as a provider have full adjustability of that stimulus within profit.</w:t>
      </w:r>
    </w:p>
    <w:p>
      <w:pPr>
        <w:spacing w:after="240"/>
      </w:pPr>
      <w:r>
        <w:t>Next, we have our audiogram shaped stimulus. This stimulus uses the patient's hearing loss to shape the stimulus appropriately. It's going to be a more tailored approach. I like to think of it in that manner. This eliminates the possibility the signal will be either too loud or inaudible in certain frequencies and regions.</w:t>
      </w:r>
    </w:p>
    <w:p>
      <w:pPr>
        <w:spacing w:after="240"/>
      </w:pPr>
      <w:r>
        <w:t>Stimulus gain is calculated in each channel with consideration of that patient's specific hearing loss and coupling.</w:t>
      </w:r>
    </w:p>
    <w:p>
      <w:pPr>
        <w:spacing w:after="240"/>
      </w:pPr>
      <w:r>
        <w:t>And that brings us to the fun new additions over the past few years of colors. Types of colored noises are described by the relationship of volume to frequency. Volume, of course, is the intensity of a sound or how loud it is, while frequency is that related to pitch of a sound, how high or low pitched is it? And there are many different colors of noise and some are designed to promote relaxation while others are to improve concentration. Now, a louder sound may be better for masking external noises, for example listening to white noise while you're studying at a coffee shop.</w:t>
      </w:r>
    </w:p>
    <w:p>
      <w:pPr>
        <w:spacing w:after="240"/>
      </w:pPr>
      <w:r>
        <w:t>But it is important to note that tinnitus maskers are generally played at a volume that just covers up that patient's perception of their own tinnitus and white noise is probably one of the most well known colors of noise and has equal power across all frequencies. It oftentimes sounds like static and is used to drown out other noises in the environment. Some research has shown that it can even promote better sleep for people living in urban environments and it is best for blocking out irregular or unpredictable noise. Research has also indicated that it is helpful for masking tinnitus, whether played via a hearing aid or from a phone or speaker. Let's take a listen to white noise.</w:t>
      </w:r>
    </w:p>
    <w:p>
      <w:pPr>
        <w:spacing w:after="240"/>
      </w:pPr>
      <w:r>
        <w:t>Next my 2 year old's favorite color and the only color that matters. In her book we have pink noise which is similar to white noise in that it contains sounds across all the frequencies. However, it does not have equal power across all bands. Rather it has equal power in each octave. So the intensity of pink noise decreases about 3dB per octave.</w:t>
      </w:r>
    </w:p>
    <w:p>
      <w:pPr>
        <w:spacing w:after="240"/>
      </w:pPr>
      <w:r>
        <w:t>So there is a more perceived volume in the low frequency frequencies. Researchers shown that exposure to pink noise can reduce complexity of people's brain waves and actually can improve their sleep quality. Others have found that listening to pink noise can enhance work efficiency and improve executive functioning. It also can help improve memory retention in older adults. So we're going to turn on this pink noise now and I guess we have to leave it on for the rest of this presentation and training to really help with that executive function.</w:t>
      </w:r>
    </w:p>
    <w:p>
      <w:pPr>
        <w:spacing w:after="240"/>
      </w:pPr>
      <w:r>
        <w:t>To me it sounds a little bit more like rainfall than anything else. Brown noise you might also hear, referred to as red noise is similar to pink noise, but there is even less energy in the high frequencies with a decrease of about 6dB per octave and this sounds similar to steady rain, thunder or a waterfall. It tends to be lower in both frequencies and intensity than white or pink noise. It is helpful for masking unwanted noises and people tend to find it sound quality being more pleasant than white noise. There has not been a lot of research done on the benefits of brown noise, but a study completed in 2017 at the applied Acoustics found that listening to brown noise improved concentration and helped reduce distraction for workers in an open office plan.</w:t>
      </w:r>
    </w:p>
    <w:p>
      <w:pPr>
        <w:spacing w:after="240"/>
      </w:pPr>
      <w:r>
        <w:t>Personally, I don't love flying, and so I like to listen to brown noise because it really does help block out that engine sound. So here's a clip of brown noise.</w:t>
      </w:r>
    </w:p>
    <w:p>
      <w:pPr>
        <w:spacing w:after="240"/>
      </w:pPr>
      <w:r>
        <w:t>We've made it to blue and violet, or also known as purple noise. They are the inverse of pink and brown noise, with more energy concentrated in the higher frequencies. Blue noise increases in intensity by about 3dB per octave, while violet noise increases by about 6,6dB per octave. In tinnitus management, there are no universal approaches. So patients vary widely in both their hearing profiles and how they perceive sound.</w:t>
      </w:r>
    </w:p>
    <w:p>
      <w:pPr>
        <w:spacing w:after="240"/>
      </w:pPr>
      <w:r>
        <w:t>Some individuals with high frequency hearing loss or high pitched tinnitus might prefer high frequency maskers. Others, even with similar audiograms, may find those sounds sharp or irritating. In clinical practice, many patients tend to prefer low frequency maskers, describing them as more soothing, easier to tolerate. But the key principle is simple. No two tinnitus patients are the same.</w:t>
      </w:r>
    </w:p>
    <w:p>
      <w:pPr>
        <w:spacing w:after="240"/>
      </w:pPr>
      <w:r>
        <w:t>Care should always be individualized with sound therapy tailored to what each patient finds most comfortable and effective. All right, let's check out that blue noise first.</w:t>
      </w:r>
    </w:p>
    <w:p>
      <w:pPr>
        <w:spacing w:after="240"/>
      </w:pPr>
      <w:r>
        <w:t>I like to think of the purple drill a little bit more similar to a dentist drill. And if any of you need to, a nice reminder to schedule a dental appointment. That was it. And we also have our custom stimulus available in the 24 and 20 levels of technology. Having the ability to create custom stimulus is a great option for patients who perhaps tried stimulus that have not been really satisfied.</w:t>
      </w:r>
    </w:p>
    <w:p>
      <w:pPr>
        <w:spacing w:after="240"/>
      </w:pPr>
      <w:r>
        <w:t>So think of this just as another tool within your toolbox to try with your patients, specifically your tinnitus patients. And we use two psychoacoustic measures to create our custom stimulus, the minimum detection level and the minimum masking level.</w:t>
      </w:r>
    </w:p>
    <w:p>
      <w:pPr>
        <w:spacing w:after="240"/>
      </w:pPr>
      <w:r>
        <w:t>I find using the custom tinnitus approach, it takes me on average about four to six minutes to run through those extra steps. But, but well worth it, especially if I have a patient that's following up with tinnitus needs and we're not hitting the mark with any of the others. So the goal of the custom tinnitus stimulus is using the minimum masking level and minimum detection levels to quickly design a noise that can effectively and efficiently mask the patient's tinnitus. It makes sense to efficiently mask tinnitus only. Those frequency bands that are effective at masking the tinnitus should be included in the stimulus.</w:t>
      </w:r>
    </w:p>
    <w:p>
      <w:pPr>
        <w:spacing w:after="240"/>
      </w:pPr>
      <w:r>
        <w:t>And the levels of stimulus in these bands should be no greater than the needed to achieve that masking. So again, this is going to be a completely customized approach and takes about four to six minutes. In my experience, we do have other adjustments available for our tinnitus program. So we're going to walk through a quick video here and I will talk you through the different sections. Starting off with our tilt control.</w:t>
      </w:r>
    </w:p>
    <w:p>
      <w:pPr>
        <w:spacing w:after="240"/>
      </w:pPr>
      <w:r>
        <w:t>And when you see a hover over it will give you a description. It's adapting the gain function of frequency in order to adjust that power emphasis for tilt you can adjust your modulation, that's that speed. You do have the capability of turning the mics on and off as I recommended for some of my patients. They do like to just truly have that tinnitus stimulus. And a newer guy on the block is paused.</w:t>
      </w:r>
    </w:p>
    <w:p>
      <w:pPr>
        <w:spacing w:after="240"/>
      </w:pPr>
      <w:r>
        <w:t>So when you are working through a tinnitus option, you can pause that masker and if you want to break down that fine tuning approach, you can do you have the lows and mids highs and you can break that down even further. And then of course you can copy and move those programs which is how you would make those additional ones with the mic on, the mic off, vice versa.</w:t>
      </w:r>
    </w:p>
    <w:p>
      <w:pPr>
        <w:spacing w:after="240"/>
      </w:pPr>
      <w:r>
        <w:t>So a ton of flexibility in that software. And as I mentioned, the newbie on the block, the stimuli play pause. So I like to think of it as the power in the pause. It really allows the hearing professionals to consider the stimulus shape and setting prior to starting the stimulus through the hearing aids. So when a stimulus is chosen, the stimulus defaults paused.</w:t>
      </w:r>
    </w:p>
    <w:p>
      <w:pPr>
        <w:spacing w:after="240"/>
      </w:pPr>
      <w:r>
        <w:t>And the provider does have to select play to present the stimulus through the hearing aids. If the tinnitus stimuli is paused, the provider must re engage the stimuli before leaving the tinnitus. So this is made clear by a pop up that's going to come up and you're going to have to select yes and that'll let the provider navigate away from the tinnitus screen while selecting no, we'll have you remain on that tinnitus screen for additional adjustments because we don't want you to leave that screen with the tinnitus stimuli not playing and forget.</w:t>
      </w:r>
    </w:p>
    <w:p>
      <w:pPr>
        <w:spacing w:after="240"/>
      </w:pPr>
      <w:r>
        <w:t>And once that tinnitus stimulus is programmed, you as the hearing care professional can then enable a tinnitus volume in in user controls and change the range of adjustability that the patient has. All of these can be found under the user control screen in profit. And I do like to mention and highlight here that your step sizes for tinnitus differ than our volume control in that they are two DB steps.</w:t>
      </w:r>
    </w:p>
    <w:p>
      <w:pPr>
        <w:spacing w:after="240"/>
      </w:pPr>
      <w:r>
        <w:t>And within the My Starkey app, if the patient has selected my hearing and then selects tinnitus, it opens the tinnitus control that are available to the patients within the My Starkey app. Now this will not be visible in the My Starkey app unless you have given them a tinnitus program in profit. And from here the patients can adjust the volume and modulation rate of their masker just to give them more control.</w:t>
      </w:r>
    </w:p>
    <w:p>
      <w:pPr>
        <w:spacing w:after="240"/>
      </w:pPr>
      <w:r>
        <w:t>And here is a nice quick review of the Tinnitus options that multiflex Tinnitus pro in the different styles and tiers across our hearing aid families.</w:t>
      </w:r>
    </w:p>
    <w:p>
      <w:pPr>
        <w:spacing w:after="240"/>
      </w:pPr>
      <w:r>
        <w:t>And for patients. We do also offer a free app that is available for both Apple and Android devices called the Relax App. This app serves as information resource for patients with the tinnitus as well as self management tool that is designed to be implemented along with the provider's sound therapy protocols. Also very great for toddlers on long car rides. Just stick your phone in the back, provide them some of that nice relaxing sounds.</w:t>
      </w:r>
    </w:p>
    <w:p>
      <w:pPr>
        <w:spacing w:after="240"/>
      </w:pPr>
      <w:r>
        <w:t>You have 12 stimulus options available to you whether it is for the toddler or that tinnitus patient. And you do have the goal of this app of reducing loudness or prominence in the patient's tinnitus. So these stimulus options can be a fan, a fire, rain, guitar, there's plenty more and there's a wide variety so that your patient can find the one that most helps them based on their preference and they just swipe it just like a dating app till they find the perfect match. And once they find the stimulus option that they like, they can then make adjustments to the volume, the modulation and I love this set a timer. So if I'm staying at a hotel trying to fall asleep, it's a little noisy.</w:t>
      </w:r>
    </w:p>
    <w:p>
      <w:pPr>
        <w:spacing w:after="240"/>
      </w:pPr>
      <w:r>
        <w:t>I can set a timer to help me do so and not drain all of my battery. And they can even create a custom stimulus of their own liking and save it.</w:t>
      </w:r>
    </w:p>
    <w:p>
      <w:pPr>
        <w:spacing w:after="240"/>
      </w:pPr>
      <w:r>
        <w:t>Now as we near the end of the presentation, I do want to give us a patient to think about. So just thinking about Sarah, our 58 year old female and let it marinate. You do not have to answer this in any way. You can just talk through it with me here. Now, Sarah, again, 58 year old female with bilateral hearing loss.</w:t>
      </w:r>
    </w:p>
    <w:p>
      <w:pPr>
        <w:spacing w:after="240"/>
      </w:pPr>
      <w:r>
        <w:t>What do you think some of your first steps with this patient would be? Right. She has a history of a gradual onset, reports difficulty sleeping and increased stress. She's had constant rain in both ears for the past year. There's no dizziness or red flags.</w:t>
      </w:r>
    </w:p>
    <w:p>
      <w:pPr>
        <w:spacing w:after="240"/>
      </w:pPr>
      <w:r>
        <w:t>She does have a history of noise exposure and teaching in those loud classrooms. And she has a bilateral mild to moderate high frequency sensory neural hearing loss and normal middle ear function. So what are some counseling techniques would you do to normalize the experience? How would you explain that connection to hearing loss? How would you set expectations management?</w:t>
      </w:r>
    </w:p>
    <w:p>
      <w:pPr>
        <w:spacing w:after="240"/>
      </w:pPr>
      <w:r>
        <w:t>Would you provide technology such as hearing aids with tinnitus features, introducing sound therapy options? Would you dive deeper into her lifestyle? Behavioral sleep strategies, stress management? What type of concepts would you discuss there? And what type of goals and understanding would you have when you communicate?</w:t>
      </w:r>
    </w:p>
    <w:p>
      <w:pPr>
        <w:spacing w:after="240"/>
      </w:pPr>
      <w:r>
        <w:t>SARAH so with what some of the concepts we've used? What type of evaluation would you use? The thi, the tfi? Would you provide the Relax app? So here's just a few things to think about as we continue along because you do have a lot of resources available to you because at the end of the day, tinnitus isn't just about sound.</w:t>
      </w:r>
    </w:p>
    <w:p>
      <w:pPr>
        <w:spacing w:after="240"/>
      </w:pPr>
      <w:r>
        <w:t>It's about how it affects someone's life day to day. And so as clinicians, we have tools to help improve that. And we have some great resources for you on the Starkeepro.com website, as well as printed materials, we have white papers. The Relax app actually does include a learn section to provide more resources for patients. And my favorite is this handbook.</w:t>
      </w:r>
    </w:p>
    <w:p>
      <w:pPr>
        <w:spacing w:after="240"/>
      </w:pPr>
      <w:r>
        <w:t>We have a tinnitus handbook and I've added the QR code here so you can have the digital version. It's a phenomenal resource and I highly recommend if you do have your phone nearby, scan in this QR code. If you do not, you can go on the Starkey Pro website and search Tinnitus Handbook and it'll populate. And then of course, Tinnitus resources for the patient. Right?</w:t>
      </w:r>
    </w:p>
    <w:p>
      <w:pPr>
        <w:spacing w:after="240"/>
      </w:pPr>
      <w:r>
        <w:t>We the American Tinnitus association has a wealth of of information for patients on how they can manage their tinnitus. Learn about what idus is and information on new research and clinical trials that are being done.</w:t>
      </w:r>
    </w:p>
    <w:p>
      <w:pPr>
        <w:spacing w:after="240"/>
      </w:pPr>
      <w:r>
        <w:t>And I want to thank you all for your time today. I appreciate if you're on the east coast joining me for your lunch and enjoy your week. Have a wonderful day and thank you again.</w:t>
      </w:r>
    </w:p>
    <w:p>
      <w:pPr>
        <w:spacing w:after="240"/>
      </w:pP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p>
  <w:p>
    <w:pPr>
      <w:jc w:val="right"/>
    </w:pPr>
    <w:r>
      <w:fldSimple w:instr="PAGE"/>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Helvetica-BoldOblique" w:hAnsi="Helvetica-BoldOblique"/>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